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PingFang SC" w:hAnsi="PingFang SC" w:eastAsia="PingFang SC"/>
          <w:b/>
          <w:color w:val="142A4A"/>
          <w:sz w:val="38"/>
        </w:rPr>
        <w:t>SDS 申请表</w:t>
      </w:r>
      <w:r>
        <w:rPr>
          <w:rFonts w:ascii="PingFang SC" w:hAnsi="PingFang SC" w:eastAsia="PingFang SC"/>
          <w:b/>
          <w:color w:val="275DDE"/>
          <w:sz w:val="26"/>
        </w:rPr>
        <w:t xml:space="preserve">  /  SDS Application Form</w:t>
      </w:r>
    </w:p>
    <w:p>
      <w:pPr>
        <w:spacing w:after="140"/>
        <w:jc w:val="center"/>
      </w:pPr>
      <w:r>
        <w:rPr>
          <w:rFonts w:ascii="PingFang SC" w:hAnsi="PingFang SC" w:eastAsia="PingFang SC"/>
          <w:b/>
          <w:color w:val="275DDE"/>
          <w:sz w:val="17"/>
        </w:rPr>
        <w:t>请填写黄色区域。6 项必填：申请人名称与地址、制造商名称与地址、产品名称、型号。</w:t>
      </w:r>
      <w:r>
        <w:rPr>
          <w:rFonts w:ascii="PingFang SC" w:hAnsi="PingFang SC" w:eastAsia="PingFang SC"/>
          <w:b w:val="0"/>
          <w:color w:val="5C6C85"/>
          <w:sz w:val="17"/>
        </w:rPr>
        <w:t xml:space="preserve"> 英文名称和地址可留空，由系统自动翻译。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7257"/>
      </w:tblGrid>
      <w:tr>
        <w:tc>
          <w:tcPr>
            <w:tcW w:type="dxa" w:w="10148"/>
            <w:gridSpan w:val="2"/>
            <w:shd w:fill="142A4A"/>
            <w:tcBorders>
              <w:top w:val="single" w:sz="6" w:color="142A4A"/>
              <w:left w:val="single" w:sz="6" w:color="142A4A"/>
              <w:bottom w:val="single" w:sz="6" w:color="142A4A"/>
              <w:right w:val="single" w:sz="6" w:color="142A4A"/>
              <w:insideH w:val="single" w:sz="6" w:color="142A4A"/>
              <w:insideV w:val="single" w:sz="6" w:color="142A4A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1. 申请人信息 / Applicant Information</w:t>
            </w:r>
          </w:p>
        </w:tc>
      </w:tr>
      <w:tr>
        <w:tc>
          <w:tcPr>
            <w:tcW w:type="dxa" w:w="2891"/>
            <w:vAlign w:val="center"/>
            <w:shd w:fill="EEF4FF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申请商:(Applicant)</w:t>
            </w:r>
          </w:p>
        </w:tc>
        <w:tc>
          <w:tcPr>
            <w:tcW w:type="dxa" w:w="7257"/>
            <w:vAlign w:val="center"/>
            <w:shd w:fill="FFF6D8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30" w:line="240" w:lineRule="auto"/>
            </w:pPr>
            <w:r/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中(Chin.)：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【必填：申请人中文名称】</w:t>
            </w:r>
          </w:p>
          <w:p>
            <w:pPr>
              <w:spacing w:after="3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英(Eng. )：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【选填：英文名称】</w:t>
            </w:r>
          </w:p>
        </w:tc>
      </w:tr>
      <w:tr>
        <w:tc>
          <w:tcPr>
            <w:tcW w:type="dxa" w:w="2891"/>
            <w:vAlign w:val="center"/>
            <w:shd w:fill="EEF4FF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地址:(Address)</w:t>
            </w:r>
          </w:p>
        </w:tc>
        <w:tc>
          <w:tcPr>
            <w:tcW w:type="dxa" w:w="7257"/>
            <w:vAlign w:val="center"/>
            <w:shd w:fill="FFF6D8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30" w:line="240" w:lineRule="auto"/>
            </w:pPr>
            <w:r/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中(Chin.)：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【必填：申请人中文地址】</w:t>
            </w:r>
          </w:p>
          <w:p>
            <w:pPr>
              <w:spacing w:after="3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英(Eng. )：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【选填：英文地址】</w:t>
            </w:r>
          </w:p>
        </w:tc>
      </w:tr>
      <w:tr>
        <w:tc>
          <w:tcPr>
            <w:tcW w:type="dxa" w:w="2891"/>
            <w:vAlign w:val="center"/>
            <w:shd w:fill="EEF4FF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联系人:(Contact Person)</w:t>
            </w:r>
          </w:p>
        </w:tc>
        <w:tc>
          <w:tcPr>
            <w:tcW w:type="dxa" w:w="7257"/>
            <w:vAlign w:val="center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30" w:line="240" w:lineRule="auto"/>
            </w:pPr>
            <w:r/>
            <w:r>
              <w:rPr>
                <w:rFonts w:ascii="PingFang SC" w:hAnsi="PingFang SC" w:eastAsia="PingFang SC"/>
                <w:b/>
                <w:color w:val="142A4A"/>
                <w:sz w:val="18"/>
              </w:rPr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【推荐：姓名】    E-mail：【推荐：邮箱】    TEL：【推荐：电话】</w:t>
            </w:r>
          </w:p>
        </w:tc>
      </w:tr>
      <w:tr>
        <w:tc>
          <w:tcPr>
            <w:tcW w:type="dxa" w:w="10148"/>
            <w:gridSpan w:val="2"/>
            <w:shd w:fill="142A4A"/>
            <w:tcBorders>
              <w:top w:val="single" w:sz="6" w:color="142A4A"/>
              <w:left w:val="single" w:sz="6" w:color="142A4A"/>
              <w:bottom w:val="single" w:sz="6" w:color="142A4A"/>
              <w:right w:val="single" w:sz="6" w:color="142A4A"/>
              <w:insideH w:val="single" w:sz="6" w:color="142A4A"/>
              <w:insideV w:val="single" w:sz="6" w:color="142A4A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2. 制造商信息 / Manufacturer Information</w:t>
            </w:r>
          </w:p>
        </w:tc>
      </w:tr>
      <w:tr>
        <w:tc>
          <w:tcPr>
            <w:tcW w:type="dxa" w:w="2891"/>
            <w:vAlign w:val="center"/>
            <w:shd w:fill="EEF4FF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制造商:(Manufacturer)</w:t>
            </w:r>
          </w:p>
        </w:tc>
        <w:tc>
          <w:tcPr>
            <w:tcW w:type="dxa" w:w="7257"/>
            <w:vAlign w:val="center"/>
            <w:shd w:fill="FFF6D8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30" w:line="240" w:lineRule="auto"/>
            </w:pPr>
            <w:r/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中(Chin.)：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【必填：制造商中文名称】</w:t>
            </w:r>
          </w:p>
          <w:p>
            <w:pPr>
              <w:spacing w:after="3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英(Eng. )：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【选填：英文名称】</w:t>
            </w:r>
          </w:p>
        </w:tc>
      </w:tr>
      <w:tr>
        <w:tc>
          <w:tcPr>
            <w:tcW w:type="dxa" w:w="2891"/>
            <w:vAlign w:val="center"/>
            <w:shd w:fill="EEF4FF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地址:(Address)</w:t>
            </w:r>
          </w:p>
        </w:tc>
        <w:tc>
          <w:tcPr>
            <w:tcW w:type="dxa" w:w="7257"/>
            <w:vAlign w:val="center"/>
            <w:shd w:fill="FFF6D8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30" w:line="240" w:lineRule="auto"/>
            </w:pPr>
            <w:r/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中(Chin.)：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【必填：制造商中文地址】</w:t>
            </w:r>
          </w:p>
          <w:p>
            <w:pPr>
              <w:spacing w:after="3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英(Eng. )：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【选填：英文地址】</w:t>
            </w:r>
          </w:p>
        </w:tc>
      </w:tr>
      <w:tr>
        <w:tc>
          <w:tcPr>
            <w:tcW w:type="dxa" w:w="2891"/>
            <w:vAlign w:val="center"/>
            <w:shd w:fill="EEF4FF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联系人:(Contact Person)</w:t>
            </w:r>
          </w:p>
        </w:tc>
        <w:tc>
          <w:tcPr>
            <w:tcW w:type="dxa" w:w="7257"/>
            <w:vAlign w:val="center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30" w:line="240" w:lineRule="auto"/>
            </w:pPr>
            <w:r/>
            <w:r>
              <w:rPr>
                <w:rFonts w:ascii="PingFang SC" w:hAnsi="PingFang SC" w:eastAsia="PingFang SC"/>
                <w:b/>
                <w:color w:val="142A4A"/>
                <w:sz w:val="18"/>
              </w:rPr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【推荐：姓名】    E-mail：【推荐：邮箱】    TEL：【推荐：电话】</w:t>
            </w:r>
          </w:p>
        </w:tc>
      </w:tr>
      <w:tr>
        <w:tc>
          <w:tcPr>
            <w:tcW w:type="dxa" w:w="10148"/>
            <w:gridSpan w:val="2"/>
            <w:shd w:fill="142A4A"/>
            <w:tcBorders>
              <w:top w:val="single" w:sz="6" w:color="142A4A"/>
              <w:left w:val="single" w:sz="6" w:color="142A4A"/>
              <w:bottom w:val="single" w:sz="6" w:color="142A4A"/>
              <w:right w:val="single" w:sz="6" w:color="142A4A"/>
              <w:insideH w:val="single" w:sz="6" w:color="142A4A"/>
              <w:insideV w:val="single" w:sz="6" w:color="142A4A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3. 产品信息 / Product Information</w:t>
            </w:r>
          </w:p>
        </w:tc>
      </w:tr>
      <w:tr>
        <w:tc>
          <w:tcPr>
            <w:tcW w:type="dxa" w:w="2891"/>
            <w:vAlign w:val="center"/>
            <w:shd w:fill="EEF4FF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产品名称:</w:t>
            </w:r>
            <w:r>
              <w:br/>
            </w: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(Equipment Name)</w:t>
            </w:r>
          </w:p>
        </w:tc>
        <w:tc>
          <w:tcPr>
            <w:tcW w:type="dxa" w:w="7257"/>
            <w:vAlign w:val="center"/>
            <w:shd w:fill="FFF6D8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30" w:line="240" w:lineRule="auto"/>
            </w:pPr>
            <w:r/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中文：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【必填：产品中文名称】</w:t>
            </w:r>
          </w:p>
          <w:p>
            <w:pPr>
              <w:spacing w:after="3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英文：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【选填：产品英文名称】</w:t>
            </w:r>
          </w:p>
        </w:tc>
      </w:tr>
      <w:tr>
        <w:tc>
          <w:tcPr>
            <w:tcW w:type="dxa" w:w="2891"/>
            <w:vAlign w:val="center"/>
            <w:shd w:fill="EEF4FF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商标:(Trade)</w:t>
            </w:r>
          </w:p>
        </w:tc>
        <w:tc>
          <w:tcPr>
            <w:tcW w:type="dxa" w:w="7257"/>
            <w:vAlign w:val="center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30" w:line="240" w:lineRule="auto"/>
            </w:pPr>
            <w:r/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中文：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【选填：中文商标】</w:t>
            </w:r>
          </w:p>
          <w:p>
            <w:pPr>
              <w:spacing w:after="3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8"/>
              </w:rPr>
              <w:t>英文：</w:t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【选填：英文商标】</w:t>
            </w:r>
          </w:p>
        </w:tc>
      </w:tr>
      <w:tr>
        <w:tc>
          <w:tcPr>
            <w:tcW w:type="dxa" w:w="2891"/>
            <w:vAlign w:val="center"/>
            <w:shd w:fill="EEF4FF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主型号:(Model Name)</w:t>
            </w:r>
          </w:p>
        </w:tc>
        <w:tc>
          <w:tcPr>
            <w:tcW w:type="dxa" w:w="7257"/>
            <w:vAlign w:val="center"/>
            <w:shd w:fill="FFF6D8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30" w:line="240" w:lineRule="auto"/>
            </w:pPr>
            <w:r/>
            <w:r>
              <w:rPr>
                <w:rFonts w:ascii="PingFang SC" w:hAnsi="PingFang SC" w:eastAsia="PingFang SC"/>
                <w:b/>
                <w:color w:val="142A4A"/>
                <w:sz w:val="18"/>
              </w:rPr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【必填：型号或规格，例如 5000ML】</w:t>
            </w:r>
          </w:p>
        </w:tc>
      </w:tr>
      <w:tr>
        <w:tc>
          <w:tcPr>
            <w:tcW w:type="dxa" w:w="2891"/>
            <w:vAlign w:val="center"/>
            <w:shd w:fill="EEF4FF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PingFang SC" w:hAnsi="PingFang SC" w:eastAsia="PingFang SC"/>
                <w:b/>
                <w:color w:val="142A4A"/>
                <w:sz w:val="17"/>
              </w:rPr>
              <w:t>产品形态:(Physical State)</w:t>
            </w:r>
          </w:p>
        </w:tc>
        <w:tc>
          <w:tcPr>
            <w:tcW w:type="dxa" w:w="7257"/>
            <w:vAlign w:val="center"/>
            <w:tcBorders>
              <w:top w:val="single" w:sz="6" w:color="CCD7E8"/>
              <w:left w:val="single" w:sz="6" w:color="CCD7E8"/>
              <w:bottom w:val="single" w:sz="6" w:color="CCD7E8"/>
              <w:right w:val="single" w:sz="6" w:color="CCD7E8"/>
              <w:insideH w:val="single" w:sz="6" w:color="CCD7E8"/>
              <w:insideV w:val="single" w:sz="6" w:color="CCD7E8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30" w:line="240" w:lineRule="auto"/>
            </w:pPr>
            <w:r/>
            <w:r>
              <w:rPr>
                <w:rFonts w:ascii="PingFang SC" w:hAnsi="PingFang SC" w:eastAsia="PingFang SC"/>
                <w:b/>
                <w:color w:val="142A4A"/>
                <w:sz w:val="18"/>
              </w:rPr>
            </w:r>
            <w:r>
              <w:rPr>
                <w:rFonts w:ascii="PingFang SC" w:hAnsi="PingFang SC" w:eastAsia="PingFang SC"/>
                <w:b w:val="0"/>
                <w:color w:val="606D82"/>
                <w:sz w:val="18"/>
              </w:rPr>
              <w:t>【推荐：液体 / 固体 / 气体】</w:t>
            </w:r>
          </w:p>
        </w:tc>
      </w:tr>
    </w:tbl>
    <w:p>
      <w:pPr>
        <w:spacing w:before="120" w:after="0"/>
        <w:jc w:val="left"/>
      </w:pPr>
      <w:r>
        <w:rPr>
          <w:rFonts w:ascii="PingFang SC" w:hAnsi="PingFang SC" w:eastAsia="PingFang SC"/>
          <w:b w:val="0"/>
          <w:color w:val="5C6C85"/>
          <w:sz w:val="16"/>
        </w:rPr>
        <w:t>填写完成后，请保持 DOCX 格式并直接上传。不要删除字段名称；如缺少必填项，网页会列出具体缺少内容。</w:t>
      </w:r>
    </w:p>
    <w:sectPr w:rsidR="00FC693F" w:rsidRPr="0006063C" w:rsidSect="00034616">
      <w:footerReference w:type="default" r:id="rId9"/>
      <w:pgSz w:w="11906" w:h="16838"/>
      <w:pgMar w:top="652" w:right="822" w:bottom="624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ingFang SC" w:hAnsi="PingFang SC" w:eastAsia="PingFang SC"/>
        <w:b w:val="0"/>
        <w:color w:val="8591A2"/>
        <w:sz w:val="15"/>
      </w:rPr>
      <w:t>chimage.cn · SDS application form template · v1.0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ingFang SC" w:hAnsi="PingFang SC" w:eastAsia="PingFang SC"/>
      <w:color w:val="142A4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